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Policy</w:t>
      </w:r>
    </w:p>
    <w:p>
      <w:pPr>
        <w:pStyle w:val="Heading1"/>
      </w:pPr>
      <w:r>
        <w:t>INTRODUCTION</w:t>
      </w:r>
    </w:p>
    <w:p>
      <w:r>
        <w:rPr/>
        <w:t xml:space="preserve">This Privacy Policy describes the policies and procedures of Joveo Inc. and its affiliates (“Joveo”, “Company”, “we”, “our” or “us”) on the collection, use and disclosure of information of any person who wishes to procure the Services (“Your” or “You”) on </w:t>
      </w:r>
      <w:hyperlink r:id="rId9">
        <w:r>
          <w:rPr>
            <w:color w:val="0563C1"/>
            <w:u w:val="single"/>
          </w:rPr>
          <w:t xml:space="preserve">www.joveo.com</w:t>
        </w:r>
      </w:hyperlink>
      <w:r>
        <w:rPr/>
        <w:t xml:space="preserve">, </w:t>
      </w:r>
      <w:hyperlink r:id="rId10">
        <w:r>
          <w:rPr>
            <w:color w:val="0563C1"/>
            <w:u w:val="single"/>
          </w:rPr>
          <w:t xml:space="preserve">https://fastapplyjobs.com</w:t>
        </w:r>
      </w:hyperlink>
      <w:r>
        <w:rPr/>
        <w:t xml:space="preserve">, </w:t>
      </w:r>
      <w:hyperlink r:id="rId11">
        <w:r>
          <w:rPr>
            <w:color w:val="0563C1"/>
            <w:u w:val="single"/>
          </w:rPr>
          <w:t xml:space="preserve">https://mojorecruitment.com</w:t>
        </w:r>
      </w:hyperlink>
      <w:r>
        <w:rPr/>
        <w:t xml:space="preserve">, </w:t>
      </w:r>
      <w:hyperlink r:id="rId12">
        <w:r>
          <w:rPr>
            <w:color w:val="0563C1"/>
            <w:u w:val="single"/>
          </w:rPr>
          <w:t xml:space="preserve">https://truckdriverjobslive.com</w:t>
        </w:r>
      </w:hyperlink>
      <w:r>
        <w:rPr/>
        <w:t>, or any applications created by us on third party websites (the “Site”) and the services, features, content or applications we offer (collectively with the Site, the “Services”). You can access several features of the Site and/or the Services being offered by the Company. This document contains the terms and conditions to facilitate Your use/access of our Services.</w:t>
      </w:r>
    </w:p>
    <w:p>
      <w:pPr>
        <w:pStyle w:val="Heading1"/>
      </w:pPr>
      <w:r>
        <w:t>OUR COMMITMENT TO PROTECT YOUR PRIVACY</w:t>
      </w:r>
    </w:p>
    <w:p>
      <w:r>
        <w:rPr/>
        <w:t>At Joveo, we believe that the Internet is a better place when privacy of the users is respected by websites and businesses. At the same time, we also know that the web is not a ‘one size fits all’ ecosystem and that websites do require collecting some personal information from users so as to create a unique and personalized experience. These principles are close to our heart which is why we promise that if we collect any information from You, it’s because we want to provide You with a superior experience using Joveo’s Site and Services. As explained in detail further below, we recognize that just because You share information with us doesn’t mean You want to share it with the rest of the world. That’s why it is our priority to protect any information You give us. It’s our goal to make Your experience with the Site and Services both rewarding and safe.</w:t>
      </w:r>
    </w:p>
    <w:p>
      <w:pPr>
        <w:pStyle w:val="Heading1"/>
      </w:pPr>
      <w:r>
        <w:t>COMPLIANCE WITH APPLICABLE LAWS AND EU-U.S. Data Privacy Framework (EU-U.S. DPF), the UK Extension to the EU-U.S. DPF, and the Swiss-U.S. Data Privacy Framework (Swiss-U.S. DPF)</w:t>
      </w:r>
    </w:p>
    <w:p>
      <w:r>
        <w:rPr/>
        <w:t>Joveo strives to be in compliance with all applicable data protection laws.</w:t>
      </w:r>
    </w:p>
    <w:p>
      <w:r>
        <w:rPr/>
        <w:t xml:space="preserve">Joveo complies with the EU-U.S. Data Privacy Framework (EU-U.S. DPF), the UK Extension to the EU-U.S. DPF, and the Swiss-U.S. Data Privacy Framework (Swiss-U.S. DPF) as set forth by the U.S. Department of Commerce. Joveo has certified to the U.S. Department of Commerce that it adheres to the EU-U.S. Data Privacy Framework Principles (EU-U.S. DPF Principles) with regard to the processing of personal data received from the European Union and the United Kingdom in reliance on the EU-U.S. DPF and the UK Extension to the EU-U.S. DPF. Joveo has certified to the U.S. Department of Commerce that it adheres to the Swiss-U.S. Data Privacy Framework Principles (Swiss-U.S. DPF Principles) with regard to the processing of personal data received from Switzerland in reliance on the Swiss-U.S. DPF. If there is any conflict between the terms in this privacy policy and the EU-U.S. DPF Principles and/or the Swiss-U.S. DPF Principles, the Principles shall govern. To learn more about the Data Privacy Framework (DPF) program, and to view our certification, please visit </w:t>
      </w:r>
      <w:hyperlink r:id="rId13">
        <w:r>
          <w:rPr>
            <w:color w:val="0563C1"/>
            <w:u w:val="single"/>
          </w:rPr>
          <w:t xml:space="preserve">https://www.dataprivacyframework.gov/</w:t>
        </w:r>
      </w:hyperlink>
      <w:r>
        <w:rPr/>
        <w:t>.</w:t>
      </w:r>
    </w:p>
    <w:p>
      <w:r>
        <w:rPr/>
        <w:t>In compliance with the EU-U.S. DPF, the UK Extension to the EU-U.S. DPF, and the Swiss-U.S. DPF, Joveo commits to cooperate and comply respectively with the advice of the panel established by the EU data protection authorities (DPAs), the UK Information Commissioner’s Office (ICO), and the Swiss Federal Data Protection and Information Commissioner (FDPIC) with regard to unresolved complaints concerning our handling of personal data received in reliance on the EU-U.S. DPF, the UK Extension to the EU-U.S. DPF, and the Swiss-U.S. DPF.</w:t>
      </w:r>
    </w:p>
    <w:p>
      <w:r>
        <w:rPr/>
        <w:t>Joveo is subject to the investigatory and enforcement powers of the FTC (Federal Trade Commission). Joveo may be required to disclose personal data in response to lawful requests by public authorities, including to meet national security or law enforcement requirements.</w:t>
      </w:r>
    </w:p>
    <w:p>
      <w:r>
        <w:rPr/>
        <w:t xml:space="preserve">In compliance with the DPF, Joveo Inc. commits to resolve complaints about our collection or use of your personal data transferred to the U.S. pursuant to the DPF. EU, UK, and Swiss individuals with inquiries or complaints should first contact </w:t>
      </w:r>
      <w:hyperlink r:id="rId14">
        <w:r>
          <w:rPr>
            <w:color w:val="0563C1"/>
            <w:u w:val="single"/>
          </w:rPr>
          <w:t xml:space="preserve">privacy@joveo.com</w:t>
        </w:r>
      </w:hyperlink>
      <w:r>
        <w:rPr/>
        <w:t>.</w:t>
      </w:r>
    </w:p>
    <w:p>
      <w:r>
        <w:rPr/>
        <w:t xml:space="preserve">For complaints regarding DPF compliance not resolved by any of the other DPF mechanisms, you have the possibility, under certain conditions, to invoke binding arbitration. Further information can be found in Annex I of the DPF: </w:t>
      </w:r>
      <w:hyperlink r:id="rId15">
        <w:r>
          <w:rPr>
            <w:color w:val="0563C1"/>
            <w:u w:val="single"/>
          </w:rPr>
          <w:t xml:space="preserve">https://www.dataprivacyframework.gov/s/article/ANNEX-I-introduction-dpf?tabset-35584=2.</w:t>
        </w:r>
      </w:hyperlink>
    </w:p>
    <w:p>
      <w:r>
        <w:rPr/>
        <w:t xml:space="preserve">Pursuant to the DPF, EU, UK and Swiss individuals have the right to obtain our confirmation of whether we maintain Personal Information relating to You in the United States. Upon request, we will provide You with access to the Personal Data that we hold about You. You may also correct, amend, or delete the Personal Data we hold about You. An individual who seeks access, or who seeks to correct, amend, or delete inaccurate data transferred to the United States under the DPF, should direct their query to </w:t>
      </w:r>
      <w:hyperlink r:id="rId14">
        <w:r>
          <w:rPr>
            <w:color w:val="0563C1"/>
            <w:u w:val="single"/>
          </w:rPr>
          <w:t xml:space="preserve">privacy@joveo.com</w:t>
        </w:r>
      </w:hyperlink>
      <w:r>
        <w:rPr/>
        <w:t>. If requested to remove data, we will respond within a reasonable timeframe.</w:t>
      </w:r>
    </w:p>
    <w:p>
      <w:r>
        <w:rPr/>
        <w:t>Further, you have the right to restrict your personal data from being processed in the event that you contest the accuracy of the personal data, contest the means of processing or find us having no legitimate claim to do so.</w:t>
      </w:r>
    </w:p>
    <w:p>
      <w:r>
        <w:rPr/>
        <w:t xml:space="preserve">We will provide you an individual opt-out choice, or opt-in for sensitive data, before we share your data with third parties other than our agents, or before we use it for a purpose other than which it was originally collected or subsequently authorized. To request to limit the use and disclosure of Your Personal Information, please submit a written request to </w:t>
      </w:r>
      <w:hyperlink r:id="rId14">
        <w:r>
          <w:rPr>
            <w:color w:val="0563C1"/>
            <w:u w:val="single"/>
          </w:rPr>
          <w:t xml:space="preserve">privacy@joveo.com</w:t>
        </w:r>
      </w:hyperlink>
      <w:r>
        <w:rPr/>
        <w:t>.</w:t>
      </w:r>
    </w:p>
    <w:p>
      <w:r>
        <w:rPr/>
        <w:t>Joveo’s accountability for personal data that it receives in the United States under the DPF and subsequently transfers to a third party is described in the DPF Principles. In particular, Joveo remains responsible and liable under the DPF Principles, if third-party agents that it engages to process personal data on its behalf do so in a manner inconsistent with the principles, unless Joveo proves that it is not responsible for the event giving rise to the damage.</w:t>
      </w:r>
    </w:p>
    <w:p>
      <w:pPr>
        <w:pStyle w:val="Heading1"/>
      </w:pPr>
      <w:r>
        <w:t>l. WHAT IS JOVEO INC</w:t>
      </w:r>
    </w:p>
    <w:p>
      <w:r>
        <w:rPr/>
        <w:t>1. Joveo Inc is an advertising technology platform with its registered office in San Francisco, California, United States of America. Joveo Inc. is the Data Controller according to Article 4 No. 7 (EU) GDPR and according to Article 4 No. 7 (UK) GDPR and other applicable data protection laws. Joveo is responsible for the processing of the personally identifiable data and usage information. Joveo runs a technology buying platform for digital media.</w:t>
      </w:r>
    </w:p>
    <w:p>
      <w:r>
        <w:rPr/>
        <w:t>The Joveo technology allows our customers to buy ad space on websites, mobile apps, video players, and other devices and allows for the use of proprietary and third-party data in the purchase of that ad space. When ad space is bought or sold, our technology fulfills the transaction by delivering the ad to Internet users (job seekers) who visit that site, app, or device. Generally, an Internet user’s device (computer, mobile device or otherwise) comes into contact with Joveo technology when a user views a job ad delivered by our technology or clicks or taps on the ad to visit the advertiser’s website or app.</w:t>
      </w:r>
    </w:p>
    <w:p>
      <w:r>
        <w:rPr/>
        <w:t>2. The Company is a registered company in Delaware with its registered office at:</w:t>
      </w:r>
      <w:r>
        <w:br/>
      </w:r>
      <w:r>
        <w:rPr/>
        <w:t>Joveo, Inc.</w:t>
      </w:r>
      <w:r>
        <w:br/>
      </w:r>
      <w:r>
        <w:rPr/>
        <w:t>101 Jefferson Dr, Menlo Park, CA 94025.</w:t>
      </w:r>
    </w:p>
    <w:p>
      <w:r>
        <w:rPr/>
        <w:t>For any queries regarding this Privacy Policy and the collection and use of data collected or processed under this Privacy Policy, the Company can be contacted by mail at</w:t>
      </w:r>
      <w:r>
        <w:br/>
      </w:r>
      <w:r>
        <w:rPr/>
        <w:t xml:space="preserve">the address given above; by email at </w:t>
      </w:r>
      <w:hyperlink r:id="rId14">
        <w:r>
          <w:rPr>
            <w:color w:val="0563C1"/>
            <w:u w:val="single"/>
          </w:rPr>
          <w:t xml:space="preserve">privacy@joveo.com</w:t>
        </w:r>
      </w:hyperlink>
    </w:p>
    <w:p>
      <w:r>
        <w:rPr/>
        <w:t>Pursuant to Article 27 EU-GDPR and Article 27 UK-GDPR, we have appointed a representative in Germany to act as our GDPR representative in the EU, where required (“EU GDPR Representative”) and in the UK, where required (“UK-GDPR Representative). You can contact our EU GDPR Representative or our U.K. GDPR Representative by sending an email or by writing to the applicable EU/UK GDPR Representative identified below:</w:t>
      </w:r>
    </w:p>
    <w:p>
      <w:r>
        <w:rPr/>
        <w:t>EU-GDPR Representative:</w:t>
      </w:r>
      <w:r>
        <w:br/>
      </w:r>
      <w:r>
        <w:rPr/>
        <w:t>Rickert Rechtsanwaltsgesellschaft mbH</w:t>
      </w:r>
      <w:r>
        <w:br/>
      </w:r>
      <w:r>
        <w:rPr/>
        <w:t>-Joveo, Inc.-</w:t>
      </w:r>
      <w:r>
        <w:br/>
      </w:r>
      <w:r>
        <w:rPr/>
        <w:t>Colmantstr. 15</w:t>
      </w:r>
      <w:r>
        <w:br/>
      </w:r>
      <w:r>
        <w:rPr/>
        <w:t>53115 Bonn</w:t>
      </w:r>
      <w:r>
        <w:br/>
      </w:r>
      <w:r>
        <w:rPr/>
        <w:t>Germany</w:t>
      </w:r>
      <w:r>
        <w:br/>
      </w:r>
      <w:hyperlink r:id="rId16">
        <w:r>
          <w:rPr>
            <w:color w:val="0563C1"/>
            <w:u w:val="single"/>
          </w:rPr>
          <w:t xml:space="preserve">art-27-rep-joveo@rickert.law</w:t>
        </w:r>
      </w:hyperlink>
    </w:p>
    <w:p>
      <w:r>
        <w:rPr/>
        <w:t>UK-GDPR Representative:</w:t>
      </w:r>
      <w:r>
        <w:br/>
      </w:r>
      <w:r>
        <w:rPr/>
        <w:t>Rickert Services Ltd. UK</w:t>
      </w:r>
      <w:r>
        <w:br/>
      </w:r>
      <w:r>
        <w:rPr/>
        <w:t>-Joveo, Inc.-</w:t>
      </w:r>
      <w:r>
        <w:br/>
      </w:r>
      <w:r>
        <w:rPr/>
        <w:t>PO Box 1487</w:t>
      </w:r>
      <w:r>
        <w:br/>
      </w:r>
      <w:r>
        <w:rPr/>
        <w:t>Peterborough</w:t>
      </w:r>
      <w:r>
        <w:br/>
      </w:r>
      <w:r>
        <w:rPr/>
        <w:t>PE1 9XX</w:t>
      </w:r>
      <w:r>
        <w:br/>
      </w:r>
      <w:r>
        <w:rPr/>
        <w:t>United Kingdom</w:t>
      </w:r>
      <w:r>
        <w:br/>
      </w:r>
      <w:hyperlink r:id="rId17">
        <w:r>
          <w:rPr>
            <w:color w:val="0563C1"/>
            <w:u w:val="single"/>
          </w:rPr>
          <w:t xml:space="preserve">art-27-rep-joveo@rickert-services.uk</w:t>
        </w:r>
      </w:hyperlink>
    </w:p>
    <w:p>
      <w:r>
        <w:rPr/>
        <w:t>3. Privacy practices for our technology advertising supports free content and digital user experiences that we all like. Our goal is therefore to make advertising more effective by helping to display job ads that may be of interest to You. We believe that relevant job ads are more valuable to job seekers than less relevant ads. More relevance also helps the services that depend on advertising because advertisers pay more for effective job ads which in turn leads to higher quality and richer job seeker experiences.</w:t>
      </w:r>
    </w:p>
    <w:p>
      <w:pPr>
        <w:pStyle w:val="Heading1"/>
      </w:pPr>
      <w:r>
        <w:t>II. Grievance Officer</w:t>
      </w:r>
    </w:p>
    <w:p>
      <w:r>
        <w:rPr/>
        <w:t>In accordance with applicable laws, the name and contact details of the Grievance Officer who can be contacted with respect to any complaints or concerns including those pertaining to breach of the Privacy Policy and other policies of the Company are published as under:</w:t>
      </w:r>
    </w:p>
    <w:p>
      <w:r>
        <w:rPr/>
        <w:t>Grievance Officer Name: Thomas Rickert,</w:t>
      </w:r>
      <w:r>
        <w:br/>
      </w:r>
      <w:r>
        <w:rPr/>
        <w:t>attorney at law, Rickert Rechtsanwaltsgesellschaft mbH,</w:t>
      </w:r>
      <w:r>
        <w:br/>
      </w:r>
      <w:r>
        <w:rPr/>
        <w:t>Colmantstr. 15, 53115 Bonn, Germany</w:t>
      </w:r>
      <w:r>
        <w:br/>
      </w:r>
      <w:hyperlink r:id="rId18">
        <w:r>
          <w:rPr>
            <w:color w:val="0563C1"/>
            <w:u w:val="single"/>
          </w:rPr>
          <w:t xml:space="preserve">thomas@rickert.law</w:t>
        </w:r>
      </w:hyperlink>
    </w:p>
    <w:p>
      <w:pPr>
        <w:pStyle w:val="Heading1"/>
      </w:pPr>
      <w:r>
        <w:t>III. Retention Periods</w:t>
      </w:r>
    </w:p>
    <w:p>
      <w:r>
        <w:rPr/>
        <w:t>We delete the data we process or restrict processing in accordance with the statutory provisions. Where not explicitly stated within the scope of this privacy policy, we will delete the data stored by us as soon as it is no longer required for its intended purpose. We will only retain the data beyond the point at which it is no longer required for its intended purpose if this is necessary for other legally permissible purposes or if the data must be retained for a longer period due to statutory retention obligations. In this case, processing will be restricted, i.e. blocked and the data will not be processed for other purposes. A legal obligation to retain data exists, for example, due to documentation obligations under tax and company law.</w:t>
      </w:r>
    </w:p>
    <w:p>
      <w:pPr>
        <w:pStyle w:val="Heading1"/>
      </w:pPr>
      <w:r>
        <w:t>lV . DATA THAT WE COLLECT AND HOW WE COLLECT IT</w:t>
      </w:r>
    </w:p>
    <w:p>
      <w:r>
        <w:rPr/>
        <w:t>(i). We only process data where we have a legal basis to do so. You will find the specific legal basis in the sections about data processing, but generally we may process your personal data if one of the following conditions applies:</w:t>
      </w:r>
    </w:p>
    <w:p>
      <w:pPr>
        <w:pStyle w:val="ListParagraph"/>
        <w:numPr>
          <w:ilvl w:val="0"/>
          <w:numId w:val="100"/>
        </w:numPr>
      </w:pPr>
      <w:r>
        <w:rPr/>
        <w:t>The consent of the data subject for processing personal data</w:t>
      </w:r>
    </w:p>
    <w:p>
      <w:pPr>
        <w:pStyle w:val="ListParagraph"/>
        <w:numPr>
          <w:ilvl w:val="0"/>
          <w:numId w:val="100"/>
        </w:numPr>
      </w:pPr>
      <w:r>
        <w:rPr/>
        <w:t>For processing personal data that is necessary for the performance of a contract to which the data subject is a party. The same applies to processing procedures that are necessary to carry out pre-contractual duties.</w:t>
      </w:r>
    </w:p>
    <w:p>
      <w:pPr>
        <w:pStyle w:val="ListParagraph"/>
        <w:numPr>
          <w:ilvl w:val="0"/>
          <w:numId w:val="100"/>
        </w:numPr>
      </w:pPr>
      <w:r>
        <w:rPr/>
        <w:t>The processing of personal data is necessary to fulfil a legal obligation governing our company.</w:t>
      </w:r>
    </w:p>
    <w:p>
      <w:r>
        <w:rPr/>
        <w:t>For the purpose of providing You with Services, we collect information in two manners as given below:</w:t>
      </w:r>
      <w:r>
        <w:br/>
      </w:r>
      <w:r>
        <w:rPr/>
        <w:t>(ii). Information collected by Joveo</w:t>
      </w:r>
      <w:r>
        <w:br/>
      </w:r>
      <w:r>
        <w:rPr/>
        <w:t>You may be required to provide personal data which is any information relating to an identified or identifiable natural person (data subject. In our case, that may be: Your name, gender, residential address, age, mobile number, ethnic origin, e-mail address.</w:t>
      </w:r>
    </w:p>
    <w:p>
      <w:r>
        <w:rPr/>
        <w:t>We may also collect certain information through various social media platforms and other third-party integrations and such personal data collected may be stored by Us. Users may also upload their resumes from any device using third party cloud providers/ applications. In an event where You do not upload a resume, we may auto-generate a resume based on the personal data provided by You and upload the same for the purpose of Services.</w:t>
      </w:r>
    </w:p>
    <w:p>
      <w:r>
        <w:rPr/>
        <w:t>(iii). Information automatically collected in addition to the personal data submitted by You to Us, to identify real time trends in the marketplace so they can reach targeted audiences more effectively, as opposed to collecting information on an individual’s internet usage, we may use other technologies (including cookies, please see the cookie policy below) to collect certain information (“Usage Information”) whenever You access the Site. This usage Information may include the browser that You are using, the URL that referred You to the Site and information regarding the devices used by You to access the Site, among other information. Usage Information may be non-identifying or may be associated with You. Whenever we associate Usage Information or a device identifier with Your personal data, we will treat it as personal data and the conditions relating to personal data under this Privacy Policy will be followed. Ad Tags Companies that work with us use our core algorithms and technology, which place ad tags on their websites. These ad tags are used to customise a user’s advertising experience, but they do not contain any personal data. Rather, ad tags usually contain anonymous information about the web site, section of the site and size of the ad that the Services are optimizing.</w:t>
      </w:r>
    </w:p>
    <w:p>
      <w:pPr>
        <w:pStyle w:val="Heading1"/>
      </w:pPr>
      <w:r>
        <w:t>V. COOKIES</w:t>
      </w:r>
    </w:p>
    <w:p>
      <w:r>
        <w:rPr/>
        <w:t>We may use “cookies” to enhance Your experience with the Site. Cookies are text files that we may place in Your computer browser or any other device that You may use to access the Site from to store Your preferences. Cookies record various aspects of Your visit and assist us in providing You with uninterrupted service. One of the primary purposes of cookies is to store Your preferences and other information on Your computer or any other device that You may use to access the Site in order to save Your time by eliminating the need to repeatedly enter the same information and to display Your personalized content. You may change Your browser settings to accept or reject cookies on personal preference.</w:t>
      </w:r>
    </w:p>
    <w:p>
      <w:r>
        <w:rPr/>
        <w:t>We process the data collected through cookies either independently or with third-party service providers, who analyze the data collected through cookies pursuant to contractual relationships with Us. The processing of such data is done to analyze the pages You visit, websites You visited before coming to the Site, and where You go after leaving the Site. The personal data may be combined for marketing and for market research purposes, including internal demographic studies, so that we can optimize our products and Services and customize the Site for You and for the purpose of providing Our Services.</w:t>
      </w:r>
    </w:p>
    <w:p>
      <w:r>
        <w:rPr/>
        <w:t>Please note that our Privacy Policy covers only Your use of our Site and Services and does not cover the use of cookies by third parties, such as our clients. We do not control when or how third parties place cookies on Your device. For example, third-party websites to which a link points may set cookies on Your device. We encourage You to take note of other sites’ Privacy Policies.</w:t>
      </w:r>
    </w:p>
    <w:p>
      <w:pPr>
        <w:pStyle w:val="Heading2"/>
      </w:pPr>
      <w:r>
        <w:t>Opting out of Cookies</w:t>
      </w:r>
    </w:p>
    <w:p>
      <w:r>
        <w:rPr/>
        <w:t>If You would like to opt-out from having Joveo collect Your Non-personal data in connection with our technology, We will place an opt-out cookie on Your device. This cookie tells us not to collect Your Non-personal data to tailor our online advertising campaigns. Alternatively, You may disable cookies Yourself through Your browser settings.</w:t>
      </w:r>
    </w:p>
    <w:p>
      <w:pPr>
        <w:pStyle w:val="ListParagraph"/>
        <w:numPr>
          <w:ilvl w:val="0"/>
          <w:numId w:val="101"/>
        </w:numPr>
      </w:pPr>
      <w:r>
        <w:rPr/>
        <w:t xml:space="preserve">Web Browser: Users can control the use of cookies at the individual browser level. For more information about cookies, please visit </w:t>
      </w:r>
      <w:hyperlink r:id="rId19">
        <w:r>
          <w:rPr>
            <w:color w:val="0563C1"/>
            <w:u w:val="single"/>
          </w:rPr>
          <w:t xml:space="preserve">https://www.allaboutcookies.org/cookies/</w:t>
        </w:r>
      </w:hyperlink>
      <w:r>
        <w:rPr/>
        <w:t>. Please note that if You block, delete or restrict cookies in any way, or if You use a different device or internet browser, You may need to renew Your opt-out choice.</w:t>
      </w:r>
    </w:p>
    <w:p>
      <w:pPr>
        <w:pStyle w:val="ListParagraph"/>
        <w:numPr>
          <w:ilvl w:val="0"/>
          <w:numId w:val="101"/>
        </w:numPr>
      </w:pPr>
      <w:r>
        <w:rPr/>
        <w:t>Mobile Tracking:</w:t>
      </w:r>
    </w:p>
    <w:p>
      <w:pPr>
        <w:pStyle w:val="ListParagraph"/>
        <w:numPr>
          <w:ilvl w:val="0"/>
          <w:numId w:val="101"/>
        </w:numPr>
      </w:pPr>
      <w:r>
        <w:rPr/>
        <w:t>On Your iOS mobile device enable the “Limit Ad Tracking” setting in Your iOS phone’s settings.</w:t>
      </w:r>
    </w:p>
    <w:p>
      <w:pPr>
        <w:pStyle w:val="ListParagraph"/>
        <w:numPr>
          <w:ilvl w:val="0"/>
          <w:numId w:val="101"/>
        </w:numPr>
      </w:pPr>
      <w:r>
        <w:rPr/>
        <w:t>On Android devices, Your settings may allow You to “Opt out of Interest-Based Ads.” When You have opted out using this setting on a device and that information is passed to Joveo, Joveo will not use Non-personal data data to target interest based ads to You or place You in segments for future marketing.</w:t>
      </w:r>
    </w:p>
    <w:p>
      <w:pPr>
        <w:pStyle w:val="Heading2"/>
      </w:pPr>
      <w:r>
        <w:t>Location Tracking</w:t>
      </w:r>
    </w:p>
    <w:p>
      <w:r>
        <w:rPr/>
        <w:t>When using Joveo, We may infer Your non-precise geolocation data based on IP address with us for use in determining which ads to display. We use such data for targeting ads and evaluating their success, and may share it with other parties for similar uses (please see below for circumstances when We may share Your personal data with other parties). This non-precise location data is maintained in our logs in accordance with our data retention policy (below).</w:t>
      </w:r>
    </w:p>
    <w:p>
      <w:pPr>
        <w:pStyle w:val="Heading1"/>
      </w:pPr>
      <w:r>
        <w:t>VI. AI CAREER DISCOVERY</w:t>
      </w:r>
    </w:p>
    <w:p>
      <w:r>
        <w:rPr/>
        <w:t>When You use Joveo’s AI Career Discovery through ChatGPT or another third-party conversational platform, Joveo may receive Your job-search terms, location preferences, search filters, request identifiers, timestamps, and limited technical logs. If You select a job link, Joveo may also collect job, campaign, referral, click, browser, device, and IP-derived general location information.</w:t>
      </w:r>
    </w:p>
    <w:p>
      <w:r>
        <w:rPr/>
        <w:t>Joveo uses this information to return relevant jobs, operate and secure the service, troubleshoot problems, improve search relevance, and measure referrals and campaign performance. AI Career Discovery does not make hiring decisions. AI Career Discovery is not designed to collect Your complete conversation history, account credentials, resume, or application materials. Please do not include sensitive personal information in job-search requests.</w:t>
      </w:r>
    </w:p>
    <w:p>
      <w:r>
        <w:rPr/>
        <w:t>Joveo may share relevant information with the conversational platform, service providers operating on Joveo’s behalf, and the relevant employer or its recruitment technology providers for click attribution and reporting. Applications are completed on the employer’s website and are governed by the employer’s privacy notice.</w:t>
      </w:r>
    </w:p>
    <w:p>
      <w:pPr>
        <w:pStyle w:val="Heading1"/>
      </w:pPr>
      <w:r>
        <w:t>VII. HOW WE USE THE INFORMATION WE COLLECT AS A CONTROLLER</w:t>
      </w:r>
    </w:p>
    <w:p>
      <w:r>
        <w:rPr/>
        <w:t>We, our affiliates or third-party service providers may use personal data or Usage Information collected in the following ways:</w:t>
      </w:r>
    </w:p>
    <w:p>
      <w:pPr>
        <w:pStyle w:val="ListParagraph"/>
        <w:numPr>
          <w:ilvl w:val="0"/>
          <w:numId w:val="102"/>
        </w:numPr>
      </w:pPr>
      <w:r>
        <w:rPr/>
        <w:t>To operate and improve the Site and tools associated with the Site;</w:t>
      </w:r>
    </w:p>
    <w:p>
      <w:pPr>
        <w:pStyle w:val="ListParagraph"/>
        <w:numPr>
          <w:ilvl w:val="0"/>
          <w:numId w:val="102"/>
        </w:numPr>
      </w:pPr>
      <w:r>
        <w:rPr/>
        <w:t>To confirm Your identity in order to determine Your eligibility to use the Site and avail the Services;</w:t>
      </w:r>
    </w:p>
    <w:p>
      <w:pPr>
        <w:pStyle w:val="ListParagraph"/>
        <w:numPr>
          <w:ilvl w:val="0"/>
          <w:numId w:val="102"/>
        </w:numPr>
      </w:pPr>
      <w:r>
        <w:rPr/>
        <w:t>To provide You the Services;</w:t>
      </w:r>
    </w:p>
    <w:p>
      <w:pPr>
        <w:pStyle w:val="ListParagraph"/>
        <w:numPr>
          <w:ilvl w:val="0"/>
          <w:numId w:val="102"/>
        </w:numPr>
      </w:pPr>
      <w:r>
        <w:rPr/>
        <w:t>To enable us to show You ads that are relevant to You;</w:t>
      </w:r>
    </w:p>
    <w:p>
      <w:pPr>
        <w:pStyle w:val="ListParagraph"/>
        <w:numPr>
          <w:ilvl w:val="0"/>
          <w:numId w:val="102"/>
        </w:numPr>
      </w:pPr>
      <w:r>
        <w:rPr/>
        <w:t>To protect against errors, fraud and other criminal activity;</w:t>
      </w:r>
    </w:p>
    <w:p>
      <w:pPr>
        <w:pStyle w:val="ListParagraph"/>
        <w:numPr>
          <w:ilvl w:val="0"/>
          <w:numId w:val="102"/>
        </w:numPr>
      </w:pPr>
      <w:r>
        <w:rPr/>
        <w:t>To observe, improve, administer the Services and diagnose technical problems;</w:t>
      </w:r>
    </w:p>
    <w:p>
      <w:pPr>
        <w:pStyle w:val="ListParagraph"/>
        <w:numPr>
          <w:ilvl w:val="0"/>
          <w:numId w:val="102"/>
        </w:numPr>
      </w:pPr>
      <w:r>
        <w:rPr/>
        <w:t>To transmit, share or transfer the personal data provided by You to a prospective employer in order to enable Us to provide You with the Services;</w:t>
      </w:r>
    </w:p>
    <w:p>
      <w:pPr>
        <w:pStyle w:val="ListParagraph"/>
        <w:numPr>
          <w:ilvl w:val="0"/>
          <w:numId w:val="102"/>
        </w:numPr>
      </w:pPr>
      <w:r>
        <w:rPr/>
        <w:t>To enable You to upload Your resume or permit Us to auto-generate a resume on Your behalf, search for job postings, and contact or be contacted by prospective employers who are also clients of Us;</w:t>
      </w:r>
    </w:p>
    <w:p>
      <w:pPr>
        <w:pStyle w:val="ListParagraph"/>
        <w:numPr>
          <w:ilvl w:val="0"/>
          <w:numId w:val="102"/>
        </w:numPr>
      </w:pPr>
      <w:r>
        <w:rPr/>
        <w:t>To assess Your qualifications and suitability for job opportunities;</w:t>
      </w:r>
    </w:p>
    <w:p>
      <w:pPr>
        <w:pStyle w:val="ListParagraph"/>
        <w:numPr>
          <w:ilvl w:val="0"/>
          <w:numId w:val="102"/>
        </w:numPr>
      </w:pPr>
      <w:r>
        <w:rPr/>
        <w:t>To allow You to login to Your account to manage Your information and job search;</w:t>
      </w:r>
    </w:p>
    <w:p>
      <w:pPr>
        <w:pStyle w:val="ListParagraph"/>
        <w:numPr>
          <w:ilvl w:val="0"/>
          <w:numId w:val="102"/>
        </w:numPr>
      </w:pPr>
      <w:r>
        <w:rPr/>
        <w:t>To send You communications regarding status of Your applications, requests that You may have made to Us or any other communication that may be of interest to You by way of emails, or courier, or registered post, or telephone calls, or any other mode of communication;</w:t>
      </w:r>
    </w:p>
    <w:p>
      <w:pPr>
        <w:pStyle w:val="ListParagraph"/>
        <w:numPr>
          <w:ilvl w:val="0"/>
          <w:numId w:val="102"/>
        </w:numPr>
      </w:pPr>
      <w:r>
        <w:rPr/>
        <w:t>To notify You about changes to our Services;</w:t>
      </w:r>
    </w:p>
    <w:p>
      <w:pPr>
        <w:pStyle w:val="ListParagraph"/>
        <w:numPr>
          <w:ilvl w:val="0"/>
          <w:numId w:val="102"/>
        </w:numPr>
      </w:pPr>
      <w:r>
        <w:rPr/>
        <w:t>To generate and review reports and data about, and to conduct research on, our user base and Service usage patterns;</w:t>
      </w:r>
    </w:p>
    <w:p>
      <w:pPr>
        <w:pStyle w:val="ListParagraph"/>
        <w:numPr>
          <w:ilvl w:val="0"/>
          <w:numId w:val="102"/>
        </w:numPr>
      </w:pPr>
      <w:r>
        <w:rPr/>
        <w:t>To use Your information to analyse and show multiple other relevant jobs to You;</w:t>
      </w:r>
    </w:p>
    <w:p>
      <w:pPr>
        <w:pStyle w:val="ListParagraph"/>
        <w:numPr>
          <w:ilvl w:val="0"/>
          <w:numId w:val="102"/>
        </w:numPr>
      </w:pPr>
      <w:r>
        <w:rPr/>
        <w:t>To apply quickly to multiple jobs without the need to completely fill the application form;</w:t>
      </w:r>
    </w:p>
    <w:p>
      <w:pPr>
        <w:pStyle w:val="ListParagraph"/>
        <w:numPr>
          <w:ilvl w:val="0"/>
          <w:numId w:val="102"/>
        </w:numPr>
      </w:pPr>
      <w:r>
        <w:rPr/>
        <w:t>To sign-up on Your behalf and hold Your credentials for future sign-ins; and</w:t>
      </w:r>
    </w:p>
    <w:p>
      <w:pPr>
        <w:pStyle w:val="ListParagraph"/>
        <w:numPr>
          <w:ilvl w:val="0"/>
          <w:numId w:val="102"/>
        </w:numPr>
      </w:pPr>
      <w:r>
        <w:rPr/>
        <w:t>For any other purpose with Your consent.</w:t>
      </w:r>
    </w:p>
    <w:p>
      <w:pPr>
        <w:pStyle w:val="Heading1"/>
      </w:pPr>
      <w:r>
        <w:t>VIII. DATA TRANSFER</w:t>
      </w:r>
    </w:p>
    <w:p>
      <w:r>
        <w:rPr/>
        <w:t xml:space="preserve">Your personal data collected through the Site may be stored and processed in the USA or any other country in which We or Our subsidiaries, affiliates or service providers maintain facilities. We may transfer information that We collect about You, including without limitation personal data, to affiliated entities, or to other third parties across borders and from Your country or jurisdiction to other countries or jurisdictions around the world. If Your personal data is transferred to another country, We will ensure that Your personal data is protected and used according to applicable law in such country. We will inform you separately about the recipient and the corresponding legal basis in the event of a cross-border transfer (transfer to a third country or to an international organization). Should You have an objection to such transfer, then kindly write to us at </w:t>
      </w:r>
      <w:hyperlink r:id="rId14">
        <w:r>
          <w:rPr>
            <w:color w:val="0563C1"/>
            <w:u w:val="single"/>
          </w:rPr>
          <w:t xml:space="preserve">privacy@joveo.com</w:t>
        </w:r>
      </w:hyperlink>
      <w:r>
        <w:rPr/>
        <w:t xml:space="preserve"> and we shall ensure to not undertake such transfer of Your personal data.</w:t>
      </w:r>
    </w:p>
    <w:p>
      <w:pPr>
        <w:pStyle w:val="Heading1"/>
      </w:pPr>
      <w:r>
        <w:t>lX. IS MY INFORMATION EVER SHARED WITH OTHER PARTIES?</w:t>
      </w:r>
    </w:p>
    <w:p>
      <w:r>
        <w:rPr/>
        <w:t>Normally, we will never share any of Your personal data with a third party unless You give us permission to do so. However, we do share your information with third parties, external service providers with whom we have tied up to enhance the Services and offerings to You. Such third parties will also comply with the obligations set out under this Privacy Policy, as they are bound by our instructions under data protection law. These service providers are our contractors and may assist with processing of your personal data to provide the service. We have carefully selected our contractors and approved these contractors; they are regularly monitored. Approvals are based on agreements for processing.</w:t>
      </w:r>
    </w:p>
    <w:p>
      <w:r>
        <w:rPr/>
        <w:t>Further, in some cases, we may choose to buy or sell assets. In these types of transactions, Your information is typically one of the transferred business assets. Moreover, if we, or substantially all of our assets, were acquired, or if we go out of business or enter bankruptcy, Your information would be one of the assets that is transferred or acquired by a third party.</w:t>
      </w:r>
    </w:p>
    <w:p>
      <w:r>
        <w:rPr/>
        <w:t>We may share Your information with our customers and partners including applicant tracking systems, CRMs, web publishers, job boards, demand side platforms, data management platforms, supply-side platforms, affiliate tracking systems and other third-party service providers that are necessary to perform Joveo and its affiliates services.</w:t>
      </w:r>
    </w:p>
    <w:p>
      <w:r>
        <w:rPr/>
        <w:t>By using the Services, You acknowledge that such transfers may occur, and that any acquirer of us or our assets may continue to use Your PII as set forth in this policy. We also reserve the right to access, read, preserve, and disclose any information as it reasonably believes is necessary to</w:t>
      </w:r>
    </w:p>
    <w:p>
      <w:r>
        <w:rPr/>
        <w:t>(i) satisfy any applicable law, regulation, legal process or governmental request,</w:t>
      </w:r>
    </w:p>
    <w:p>
      <w:r>
        <w:rPr/>
        <w:t>(ii) enforce this Privacy Policy, including investigation of potential violations hereof,</w:t>
      </w:r>
    </w:p>
    <w:p>
      <w:r>
        <w:rPr/>
        <w:t>(iii) detect, prevent, or otherwise address fraud, security or technical issues,</w:t>
      </w:r>
    </w:p>
    <w:p>
      <w:r>
        <w:rPr/>
        <w:t>(iv) respond to user support requests, or</w:t>
      </w:r>
    </w:p>
    <w:p>
      <w:r>
        <w:rPr/>
        <w:t>(v) protect our rights, property or safety, our users and the public. This includes exchanging information with other companies and organizations for fraud protection and spam/malware prevention.</w:t>
      </w:r>
    </w:p>
    <w:p>
      <w:r>
        <w:rPr>
          <w:i/>
        </w:rPr>
        <w:t xml:space="preserve">“Joveo uses Google Gemini as part of its technology platform. For more information on our approach to AI, please visit our Responsible AI page at </w:t>
      </w:r>
      <w:hyperlink r:id="rId20">
        <w:r>
          <w:rPr>
            <w:color w:val="0563C1"/>
            <w:u w:val="single"/>
            <w:i/>
          </w:rPr>
          <w:t xml:space="preserve">https://www.joveo.com/responsible-ai-in-hiring</w:t>
        </w:r>
      </w:hyperlink>
      <w:r>
        <w:rPr>
          <w:i/>
        </w:rPr>
        <w:t>”.</w:t>
      </w:r>
    </w:p>
    <w:p>
      <w:r>
        <w:rPr/>
        <w:t>The use of raw or derived user data received from Workspace APIs will adhere to the Google User Data Policy, including the Limited Use requirements.</w:t>
      </w:r>
    </w:p>
    <w:p>
      <w:pPr>
        <w:pStyle w:val="Heading1"/>
      </w:pPr>
      <w:r>
        <w:t>X. HOW DOES JOVEO KEEP MY INFORMATION SECURE?</w:t>
      </w:r>
    </w:p>
    <w:p>
      <w:r>
        <w:rPr/>
        <w:t>Joveo uses industry standard security measures, technical and organizational measures to ensure the security of its data, including any information You have given us. We routinely evaluate our data security practices to identify security threats or opportunities for improvement. Nonetheless, it is impossible to guarantee that the transmission of data through the Internet will be secure. By using the Services, You acknowledge that it may be possible for third parties to intercept or access transmissions or private communications unlawfully.</w:t>
      </w:r>
    </w:p>
    <w:p>
      <w:pPr>
        <w:pStyle w:val="Heading1"/>
      </w:pPr>
      <w:r>
        <w:t>XI. WHAT ARE MY DATA PROTECTION RIGHTS?</w:t>
      </w:r>
    </w:p>
    <w:p>
      <w:r>
        <w:rPr/>
        <w:t>This Privacy Policy is effective from May 25, 2018 for all users, provided that enhanced data protection rights in this Policy required by the EU General Data Protection Regulation became effective on May 25, 2018 for all EU-resident users who are natural persons. You have the following data protection rights in relation to the personal data provided by You on the Site:</w:t>
      </w:r>
    </w:p>
    <w:p>
      <w:r>
        <w:rPr/>
        <w:t>(a) obtain confirmation and reasons from Us that Your Personal Information is being collected and used by Us and to access the Personal Information held about You by Us;</w:t>
      </w:r>
    </w:p>
    <w:p>
      <w:r>
        <w:rPr/>
        <w:t>(b) have Your personal data corrected or updated at any time in case of inaccuracy or incomplete personal data;</w:t>
      </w:r>
    </w:p>
    <w:p>
      <w:r>
        <w:rPr/>
        <w:t>(c) block or suppress Us from collecting and using Your personal data, which means We can continue to store Your personal data but we cannot further collect or use it in any way;</w:t>
      </w:r>
    </w:p>
    <w:p>
      <w:r>
        <w:rPr/>
        <w:t>(d) obtain and reuse any personal data We hold about You for Your own purposes across different services, which allows You to move, copy or transfer Your personal data easily from the Company to another place notified by You to Us in a safe and secure way without hindrance to the usability of Your personal data.</w:t>
      </w:r>
    </w:p>
    <w:p>
      <w:r>
        <w:rPr/>
        <w:t>(e) erasure, or the right to be forgotten, which means You can request the deletion or removal of any Personal Information We hold about You at any time. Please note that we may impose a small fee for access and disclosure of Your Personal Information where permitted under applicable law, which will be communicated to You beforehand.</w:t>
      </w:r>
    </w:p>
    <w:p>
      <w:r>
        <w:rPr/>
        <w:t xml:space="preserve">(f) if we have collected and processed Your personal data with Your consent, then You can withdraw Your consent at any time. Withdrawing Your consent will not affect the lawfulness of any processing we conducted prior to Your withdrawal, nor will it affect processing of Your personal data conducted in reliance on lawful processing grounds other than consent. To request access, correction, deletion or transfer of Your personal information or withdrawal of consent to the processing described in this Privacy Policy, please email us at </w:t>
      </w:r>
      <w:hyperlink r:id="rId14">
        <w:r>
          <w:rPr>
            <w:color w:val="0563C1"/>
            <w:u w:val="single"/>
          </w:rPr>
          <w:t xml:space="preserve">privacy@joveo.com</w:t>
        </w:r>
      </w:hyperlink>
      <w:r>
        <w:rPr/>
        <w:t xml:space="preserve">. You can also request for data deletion by clicking here : </w:t>
      </w:r>
      <w:hyperlink r:id="rId21">
        <w:r>
          <w:rPr>
            <w:color w:val="0563C1"/>
            <w:u w:val="single"/>
          </w:rPr>
          <w:t xml:space="preserve">https://fastapplyjobs.com/w/gdprcompliance</w:t>
        </w:r>
      </w:hyperlink>
      <w:r>
        <w:rPr/>
        <w:t xml:space="preserve">, </w:t>
      </w:r>
      <w:hyperlink r:id="rId12">
        <w:r>
          <w:rPr>
            <w:color w:val="0563C1"/>
            <w:u w:val="single"/>
          </w:rPr>
          <w:t xml:space="preserve">https://truckdriverjobslive.com</w:t>
        </w:r>
      </w:hyperlink>
      <w:hyperlink r:id="rId22">
        <w:r>
          <w:rPr>
            <w:color w:val="0563C1"/>
            <w:u w:val="single"/>
          </w:rPr>
          <w:t xml:space="preserve">/gdprcompliance</w:t>
        </w:r>
      </w:hyperlink>
      <w:r>
        <w:rPr/>
        <w:t xml:space="preserve">, or </w:t>
      </w:r>
      <w:hyperlink r:id="rId23">
        <w:r>
          <w:rPr>
            <w:color w:val="0563C1"/>
            <w:u w:val="single"/>
          </w:rPr>
          <w:t xml:space="preserve">https://mojorecruitment.com/gdprcompliance</w:t>
        </w:r>
      </w:hyperlink>
      <w:r>
        <w:rPr/>
        <w:t>.</w:t>
      </w:r>
    </w:p>
    <w:p>
      <w:r>
        <w:rPr/>
        <w:t>(g) to restrict processing of your personal data in case of inaccuracy, employment of unlawful means of processing or illegitimate reasons for processing of your data. In such cases we shall continue to store your personal data but shall not use it in any way.</w:t>
      </w:r>
    </w:p>
    <w:p>
      <w:r>
        <w:rPr/>
        <w:t>(h) to transfer your personal data stored with us to another entity in a structured, commonly used and machine-readable form.</w:t>
      </w:r>
    </w:p>
    <w:p>
      <w:r>
        <w:rPr/>
        <w:t>Any request received by Us in relation to the aforesaid shall be acknowledged within 30 (thirty) days of receipt of such request.</w:t>
      </w:r>
    </w:p>
    <w:p>
      <w:r>
        <w:rPr/>
        <w:t xml:space="preserve">You may also have the right to make a GDPR complaint to the relevant Supervisory Authority. A list of Supervisory Authorities is available here: </w:t>
      </w:r>
      <w:hyperlink r:id="rId24">
        <w:r>
          <w:rPr>
            <w:color w:val="0563C1"/>
            <w:u w:val="single"/>
          </w:rPr>
          <w:t xml:space="preserve">https://edpb.europa.eu/about-edpb/board/members_en</w:t>
        </w:r>
      </w:hyperlink>
    </w:p>
    <w:p>
      <w:pPr>
        <w:pStyle w:val="Heading1"/>
      </w:pPr>
      <w:r>
        <w:t>XII. Data Protection when you are based in the EU/EEA or UK</w:t>
      </w:r>
    </w:p>
    <w:p>
      <w:pPr>
        <w:pStyle w:val="Heading2"/>
      </w:pPr>
      <w:r>
        <w:t>a. Legal basis for data processing</w:t>
      </w:r>
    </w:p>
    <w:p>
      <w:r>
        <w:rPr/>
        <w:t>During the use of our Service, we process your personal data. We only process data when there is a legal basis for doing so. We specify the legal basis in the data processing sections, but in general we can process your personal data if one of the following conditions applies:</w:t>
      </w:r>
    </w:p>
    <w:p>
      <w:pPr>
        <w:pStyle w:val="ListParagraph"/>
        <w:numPr>
          <w:ilvl w:val="0"/>
          <w:numId w:val="103"/>
        </w:numPr>
      </w:pPr>
      <w:r>
        <w:rPr/>
        <w:t>The data subject has consented to the processing of the personal data the legal basis is Article 6 (1) (a), Article 7 (EU) GDPR/(UK) GDPR.</w:t>
      </w:r>
    </w:p>
    <w:p>
      <w:pPr>
        <w:pStyle w:val="ListParagraph"/>
        <w:numPr>
          <w:ilvl w:val="0"/>
          <w:numId w:val="103"/>
        </w:numPr>
      </w:pPr>
      <w:r>
        <w:rPr/>
        <w:t>The processing is necessary for the performance of a contract or for the performance of pre-contractual measures. Article 6 (1) (b) (EU) GDPR/ (UK) GDPR serves as the legal basis.</w:t>
      </w:r>
    </w:p>
    <w:p>
      <w:pPr>
        <w:pStyle w:val="ListParagraph"/>
        <w:numPr>
          <w:ilvl w:val="0"/>
          <w:numId w:val="103"/>
        </w:numPr>
      </w:pPr>
      <w:r>
        <w:rPr/>
        <w:t>Processing is necessary for compliance with a legal obligation to which we are subject, Article 6 (1) (c) (EU) GDPR/ (UK) GDPR.</w:t>
      </w:r>
    </w:p>
    <w:p>
      <w:pPr>
        <w:pStyle w:val="ListParagraph"/>
        <w:numPr>
          <w:ilvl w:val="0"/>
          <w:numId w:val="103"/>
        </w:numPr>
      </w:pPr>
      <w:r>
        <w:rPr/>
        <w:t>Processing is necessary for the purposes of a legitimate interest of our company or a third party, unless such interest is overridden by the interests, fundamental rights and freedoms of the data subject, Article 6 (1) (f) (EU) GDPR/ (UK) GDPR.</w:t>
      </w:r>
    </w:p>
    <w:p>
      <w:pPr>
        <w:pStyle w:val="Heading2"/>
      </w:pPr>
      <w:r>
        <w:t>b. Your rights under the (EU) GDPR/ (UK) GDPR</w:t>
      </w:r>
    </w:p>
    <w:p>
      <w:r>
        <w:rPr/>
        <w:t>You have the following rights free of charge against any person responsible for the processing of your personal data:</w:t>
      </w:r>
    </w:p>
    <w:p>
      <w:pPr>
        <w:pStyle w:val="ListParagraph"/>
        <w:numPr>
          <w:ilvl w:val="0"/>
          <w:numId w:val="104"/>
        </w:numPr>
      </w:pPr>
      <w:r>
        <w:rPr/>
        <w:t>Right to withdraw your consent (Article 7 (3) (EU) GDPR/ (UK) GDPR);</w:t>
      </w:r>
    </w:p>
    <w:p>
      <w:pPr>
        <w:pStyle w:val="ListParagraph"/>
        <w:numPr>
          <w:ilvl w:val="0"/>
          <w:numId w:val="104"/>
        </w:numPr>
      </w:pPr>
      <w:r>
        <w:rPr/>
        <w:t>Right of access by the data subject (Article 15 (EU) GDPR/ (UK) GDPR);</w:t>
      </w:r>
    </w:p>
    <w:p>
      <w:pPr>
        <w:pStyle w:val="ListParagraph"/>
        <w:numPr>
          <w:ilvl w:val="0"/>
          <w:numId w:val="104"/>
        </w:numPr>
      </w:pPr>
      <w:r>
        <w:rPr/>
        <w:t>Right to rectification and erasure (Article 16 and Article 17 (EU) GDPR/ (UK) GDPR);</w:t>
      </w:r>
    </w:p>
    <w:p>
      <w:pPr>
        <w:pStyle w:val="ListParagraph"/>
        <w:numPr>
          <w:ilvl w:val="0"/>
          <w:numId w:val="104"/>
        </w:numPr>
      </w:pPr>
      <w:r>
        <w:rPr/>
        <w:t>Right to restriction of processing on the processing of your personal data (Article 18 (EU) GDPR/ (UK) GDPR);</w:t>
      </w:r>
    </w:p>
    <w:p>
      <w:pPr>
        <w:pStyle w:val="ListParagraph"/>
        <w:numPr>
          <w:ilvl w:val="0"/>
          <w:numId w:val="104"/>
        </w:numPr>
      </w:pPr>
      <w:r>
        <w:rPr/>
        <w:t>Right to data portability (Article 20 (EU) GDPR/ (UK) GDPR);</w:t>
      </w:r>
    </w:p>
    <w:p>
      <w:pPr>
        <w:pStyle w:val="ListParagraph"/>
        <w:numPr>
          <w:ilvl w:val="0"/>
          <w:numId w:val="104"/>
        </w:numPr>
      </w:pPr>
      <w:r>
        <w:rPr/>
        <w:t>Right to object to the processing of your personal data at any time for reasons relating to your special situation. (Article 21 (EU) GDPR/ (UK) GDPR).</w:t>
      </w:r>
    </w:p>
    <w:p>
      <w:r>
        <w:rPr/>
        <w:t>For the assertion of claims, please contact the Data Controller or should you wish to contact us by e-mail, please use an address used to access our system so that we can identify you.</w:t>
      </w:r>
    </w:p>
    <w:p>
      <w:r>
        <w:rPr/>
        <w:t>You also have the right to lodge a complaint about the controller’s processing of your personal data with a supervisory authority responsible for data protection.</w:t>
      </w:r>
    </w:p>
    <w:p>
      <w:pPr>
        <w:pStyle w:val="Heading1"/>
      </w:pPr>
      <w:r>
        <w:t>XIII. CHILDREN’S PRIVACY</w:t>
      </w:r>
    </w:p>
    <w:p>
      <w:r>
        <w:rPr/>
        <w:t xml:space="preserve">Protecting the privacy of young children is especially important. For that reason, We do not knowingly collect or solicit personal data from anyone under the age of 16. In the event that we learn that we have collected personal data from a child under age 16, we will delete that information as quickly as possible. If You believe that we might have any information from or about a child under 16, please contact us at </w:t>
      </w:r>
      <w:hyperlink r:id="rId14">
        <w:r>
          <w:rPr>
            <w:color w:val="0563C1"/>
            <w:u w:val="single"/>
          </w:rPr>
          <w:t xml:space="preserve">privacy@joveo.com</w:t>
        </w:r>
      </w:hyperlink>
      <w:r>
        <w:rPr/>
        <w:t>.</w:t>
      </w:r>
    </w:p>
    <w:p>
      <w:pPr>
        <w:pStyle w:val="Heading1"/>
      </w:pPr>
      <w:r>
        <w:t>XIV. WHAT HAPPENS WHEN THERE ARE CHANGES TO THIS PRIVACY POLICY?</w:t>
      </w:r>
    </w:p>
    <w:p>
      <w:r>
        <w:rPr/>
        <w:t>We may amend this Privacy Policy from time to time. Use of information we collect now is subject to the Privacy Policy in effect at the time such information is used. If we make any material changes in the way we collect or use information, we will notify You by posting a notice on the Site prior to the change becoming effective or sending You an email to Your registered email address. Please note that You are bound by any changes to our Privacy Policy when You use the Site or Services after such changes have been first posted.</w:t>
      </w:r>
    </w:p>
    <w:p>
      <w:pPr>
        <w:pStyle w:val="Heading1"/>
      </w:pPr>
      <w:r>
        <w:t>XV. LIMITATION OF LIABILITY</w:t>
      </w:r>
    </w:p>
    <w:p>
      <w:r>
        <w:rPr/>
        <w:t>YOU UNDERSTAND AND AGREE THAT ANY DISPUTE OVER THE PRIVACY OF JOVEO DATA OR JOVEO’S PRACTICES IS SUBJECT TO THE PROVISIONS OF THIS PRIVACY POLICY, EXCEPT AS REQUIRED UNDER EU-U.S. DPF. YOU AGREE THAT JOVEO’S LIABILITY FOR ANY BREACH OF THIS PRIVACY POLICY SHALL BE LIMITED TO THE GREATER OF THE VALUE OF THE TRANSACTIONS OR SERVICES PROVIDED TO YOU BY JOVEO OR $250 TO THE EXTENT SUCH CLAIM IS NOT OTHERWISE BARRED. YOU FURTHER AGREE THAT THIS PRIVACY POLICY AND THE AGREEMENTS HEREUNDER ARE GOVERNED BY CALIFORNIA LAW WITHOUT REGARD TO CHOICE OF LAW PRINCIPLES AND THAT ANY ACTION ARISING FROM OR RELATED TO THIS POLICY WILL BE EXCLUSIVELY VENUED IN A STATE OR FEDERAL COURT SITUATED IN SAN FRANCISCO, CALIFORNIA.</w:t>
      </w:r>
    </w:p>
    <w:p>
      <w:r>
        <w:rPr/>
        <w:t>You also agree that You have provided notice to, and obtained consent from, any third party individuals whose personal data You supply to Joveo with regard to: (a) the purposes for which such third party’s personal data has been collected; (b) the intended recipients or categories of recipients of the third party’s personal data; (c) which of the third party’s data are obligatory and which data, if any, are voluntary; and (d) how the third party can access and, if necessary, rectify the data held about them.</w:t>
      </w:r>
    </w:p>
    <w:p>
      <w:pPr>
        <w:pStyle w:val="Heading1"/>
      </w:pPr>
      <w:r>
        <w:t>XVI. WHAT IF I HAVE QUESTIONS OR CONCERNS?</w:t>
      </w:r>
    </w:p>
    <w:p>
      <w:r>
        <w:rPr/>
        <w:t xml:space="preserve">If You have any questions or concerns regarding this Privacy Policy or privacy using the Services, please send us a detailed message to </w:t>
      </w:r>
      <w:hyperlink r:id="rId14">
        <w:r>
          <w:rPr>
            <w:color w:val="0563C1"/>
            <w:u w:val="single"/>
          </w:rPr>
          <w:t xml:space="preserve">privacy@joveo.com</w:t>
        </w:r>
      </w:hyperlink>
      <w:r>
        <w:rPr/>
        <w:t>. We will make every effort to resolve Your concerns.</w:t>
      </w:r>
    </w:p>
    <w:p>
      <w:r>
        <w:rPr/>
        <w:t xml:space="preserve">If You have questions or concerns regarding this statement, email us at </w:t>
      </w:r>
      <w:hyperlink r:id="rId14">
        <w:r>
          <w:rPr>
            <w:color w:val="0563C1"/>
            <w:u w:val="single"/>
          </w:rPr>
          <w:t xml:space="preserve">privacy@joveo.com</w:t>
        </w:r>
      </w:hyperlink>
      <w:r>
        <w:rPr/>
        <w:t>. We are providing this privacy policy to inform You about how our technology platform processes information on behalf of online advertisers (direct employers), recruitment media agencies, website owners, job boards, data providers and other businesses that use our technology and services.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00">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1">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2">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3">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abstractNum w:abstractNumId="104">
    <w:multiLevelType w:val="hybridMultilevel"/>
    <w:lvl w:ilvl="0">
      <w:start w:val="1"/>
      <w:numFmt w:val="bullet"/>
      <w:lvlText w:val="•"/>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
    <w:abstractNumId w:val="100"/>
  </w:num>
  <w:num w:numId="101">
    <w:abstractNumId w:val="101"/>
  </w:num>
  <w:num w:numId="102">
    <w:abstractNumId w:val="102"/>
  </w:num>
  <w:num w:numId="103">
    <w:abstractNumId w:val="103"/>
  </w:num>
  <w:num w:numId="104">
    <w:abstractNumId w:val="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joveo.com/" TargetMode="External"/><Relationship Id="rId10" Type="http://schemas.openxmlformats.org/officeDocument/2006/relationships/hyperlink" Target="https://fastapplyjobs.com/" TargetMode="External"/><Relationship Id="rId11" Type="http://schemas.openxmlformats.org/officeDocument/2006/relationships/hyperlink" Target="https://mojorecruitment.com/" TargetMode="External"/><Relationship Id="rId12" Type="http://schemas.openxmlformats.org/officeDocument/2006/relationships/hyperlink" Target="https://truckdriverjobslive.com/" TargetMode="External"/><Relationship Id="rId13" Type="http://schemas.openxmlformats.org/officeDocument/2006/relationships/hyperlink" Target="https://www.dataprivacyframework.gov/" TargetMode="External"/><Relationship Id="rId14" Type="http://schemas.openxmlformats.org/officeDocument/2006/relationships/hyperlink" Target="mailto:privacy@joveo.com" TargetMode="External"/><Relationship Id="rId15" Type="http://schemas.openxmlformats.org/officeDocument/2006/relationships/hyperlink" Target="https://www.dataprivacyframework.gov/s/article/ANNEX-I-introduction-dpf?tabset-35584=2." TargetMode="External"/><Relationship Id="rId16" Type="http://schemas.openxmlformats.org/officeDocument/2006/relationships/hyperlink" Target="mailto:art-27-rep-joveo@rickert.law" TargetMode="External"/><Relationship Id="rId17" Type="http://schemas.openxmlformats.org/officeDocument/2006/relationships/hyperlink" Target="mailto:art-27-rep-joveo@rickert-services.uk" TargetMode="External"/><Relationship Id="rId18" Type="http://schemas.openxmlformats.org/officeDocument/2006/relationships/hyperlink" Target="mailto:thomas@rickert.law" TargetMode="External"/><Relationship Id="rId19" Type="http://schemas.openxmlformats.org/officeDocument/2006/relationships/hyperlink" Target="https://www.allaboutcookies.org/cookies/" TargetMode="External"/><Relationship Id="rId20" Type="http://schemas.openxmlformats.org/officeDocument/2006/relationships/hyperlink" Target="https://www.joveo.com/responsible-ai-in-hiring" TargetMode="External"/><Relationship Id="rId21" Type="http://schemas.openxmlformats.org/officeDocument/2006/relationships/hyperlink" Target="https://fastapplyjobs.com/w/gdprcompliance" TargetMode="External"/><Relationship Id="rId22" Type="http://schemas.openxmlformats.org/officeDocument/2006/relationships/hyperlink" Target="https://gethired.jobs/gdprcompliance" TargetMode="External"/><Relationship Id="rId23" Type="http://schemas.openxmlformats.org/officeDocument/2006/relationships/hyperlink" Target="https://mojorecruitment.com/gdprcompliance" TargetMode="External"/><Relationship Id="rId24" Type="http://schemas.openxmlformats.org/officeDocument/2006/relationships/hyperlink" Target="https://edpb.europa.eu/about-edpb/board/memb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subject/>
  <dc:creator>Joveo</dc:creator>
  <cp:keywords/>
  <dc:description>generated by python-docx</dc:description>
  <cp:lastModifiedBy/>
  <cp:revision>1</cp:revision>
  <dcterms:created xsi:type="dcterms:W3CDTF">2013-12-23T23:15:00Z</dcterms:created>
  <dcterms:modified xsi:type="dcterms:W3CDTF">2013-12-23T23:15:00Z</dcterms:modified>
  <cp:category/>
</cp:coreProperties>
</file>